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7465"/>
      </w:tblGrid>
      <w:tr w:rsidR="006546CE"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46CE" w:rsidRDefault="006F2F5E">
            <w:r>
              <w:rPr>
                <w:noProof/>
                <w:lang w:val="cs-CZ" w:eastAsia="cs-CZ"/>
              </w:rPr>
              <w:drawing>
                <wp:inline distT="0" distB="0" distL="0" distR="0">
                  <wp:extent cx="594000" cy="456766"/>
                  <wp:effectExtent l="0" t="0" r="0" b="0"/>
                  <wp:docPr id="1" name="Picture 1" descr="Logo organizace Vrátka, z. s." title="Logo Vrát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v_log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00" cy="456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46CE" w:rsidRDefault="006F2F5E">
            <w:pPr>
              <w:spacing w:after="0" w:line="240" w:lineRule="auto"/>
              <w:jc w:val="right"/>
            </w:pPr>
            <w:r>
              <w:rPr>
                <w:rFonts w:eastAsia="Arial"/>
                <w:b/>
                <w:color w:val="666666"/>
                <w:sz w:val="20"/>
                <w:lang w:val="cs-CZ"/>
              </w:rPr>
              <w:t>SOCIÁLNÍ REHABILITACE VRÁTKA</w:t>
            </w:r>
          </w:p>
        </w:tc>
      </w:tr>
    </w:tbl>
    <w:p w:rsidR="006546CE" w:rsidRDefault="006546CE">
      <w:pPr>
        <w:pBdr>
          <w:bottom w:val="single" w:sz="18" w:space="5" w:color="A51421"/>
        </w:pBdr>
        <w:spacing w:after="160" w:line="240" w:lineRule="auto"/>
      </w:pPr>
    </w:p>
    <w:p w:rsidR="006546CE" w:rsidRDefault="006F2F5E">
      <w:pPr>
        <w:keepLines/>
        <w:spacing w:before="80" w:after="60" w:line="240" w:lineRule="auto"/>
      </w:pPr>
      <w:r>
        <w:rPr>
          <w:rFonts w:eastAsia="Arial"/>
          <w:b/>
          <w:color w:val="262626"/>
          <w:sz w:val="44"/>
          <w:lang w:val="cs-CZ"/>
        </w:rPr>
        <w:t>Kdy službu nelze poskytnout</w:t>
      </w:r>
    </w:p>
    <w:p w:rsidR="006546CE" w:rsidRDefault="006F2F5E">
      <w:pPr>
        <w:keepLines/>
        <w:spacing w:after="240" w:line="240" w:lineRule="auto"/>
      </w:pPr>
      <w:r>
        <w:rPr>
          <w:rFonts w:eastAsia="Arial"/>
          <w:i/>
          <w:color w:val="666666"/>
          <w:lang w:val="cs-CZ"/>
        </w:rPr>
        <w:t>Informace pro zájemce, klienty a jejich blízké</w:t>
      </w:r>
    </w:p>
    <w:tbl>
      <w:tblPr>
        <w:tblW w:w="97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30"/>
      </w:tblGrid>
      <w:tr w:rsidR="006546CE">
        <w:tc>
          <w:tcPr>
            <w:tcW w:w="9730" w:type="dxa"/>
            <w:shd w:val="clear" w:color="auto" w:fill="F5E8EA"/>
            <w:tcMar>
              <w:top w:w="140" w:type="dxa"/>
              <w:left w:w="170" w:type="dxa"/>
              <w:bottom w:w="140" w:type="dxa"/>
              <w:right w:w="170" w:type="dxa"/>
            </w:tcMar>
          </w:tcPr>
          <w:p w:rsidR="006546CE" w:rsidRDefault="006F2F5E">
            <w:pPr>
              <w:keepLines/>
              <w:spacing w:after="60" w:line="245" w:lineRule="auto"/>
            </w:pPr>
            <w:r>
              <w:rPr>
                <w:rFonts w:eastAsia="Arial"/>
                <w:b/>
                <w:color w:val="A51421"/>
                <w:lang w:val="cs-CZ"/>
              </w:rPr>
              <w:t>Komu je služba určena</w:t>
            </w:r>
          </w:p>
          <w:p w:rsidR="006546CE" w:rsidRDefault="006F2F5E">
            <w:pPr>
              <w:spacing w:after="0" w:line="257" w:lineRule="auto"/>
            </w:pPr>
            <w:r>
              <w:rPr>
                <w:rFonts w:eastAsia="Arial"/>
                <w:color w:val="262626"/>
                <w:sz w:val="20"/>
                <w:lang w:val="cs-CZ"/>
              </w:rPr>
              <w:t xml:space="preserve">Službu nemůžeme poskytnout zájemci, který nespadá do vymezené cílové skupiny nebo jehož potřeby neodpovídají možnostem </w:t>
            </w:r>
            <w:r>
              <w:rPr>
                <w:rFonts w:eastAsia="Arial"/>
                <w:color w:val="262626"/>
                <w:sz w:val="20"/>
                <w:lang w:val="cs-CZ"/>
              </w:rPr>
              <w:t>sociální rehabilitace.</w:t>
            </w:r>
          </w:p>
        </w:tc>
      </w:tr>
    </w:tbl>
    <w:p w:rsidR="006546CE" w:rsidRDefault="006546CE">
      <w:pPr>
        <w:spacing w:after="40" w:line="240" w:lineRule="auto"/>
      </w:pPr>
    </w:p>
    <w:p w:rsidR="006546CE" w:rsidRDefault="006F2F5E">
      <w:pPr>
        <w:keepNext/>
        <w:keepLines/>
        <w:spacing w:before="160" w:after="80" w:line="240" w:lineRule="auto"/>
      </w:pPr>
      <w:r>
        <w:rPr>
          <w:rFonts w:eastAsia="Arial"/>
          <w:b/>
          <w:color w:val="A51421"/>
          <w:sz w:val="24"/>
          <w:lang w:val="cs-CZ"/>
        </w:rPr>
        <w:t>Službu nelze poskytnout zejména, pokud zájemce:</w:t>
      </w:r>
    </w:p>
    <w:p w:rsidR="006546CE" w:rsidRDefault="006F2F5E">
      <w:pPr>
        <w:pStyle w:val="Seznamsodrkami"/>
        <w:keepLines/>
        <w:spacing w:after="60" w:line="254" w:lineRule="auto"/>
        <w:ind w:left="408" w:hanging="198"/>
      </w:pPr>
      <w:r>
        <w:rPr>
          <w:rFonts w:eastAsia="Arial"/>
          <w:color w:val="262626"/>
          <w:lang w:val="cs-CZ"/>
        </w:rPr>
        <w:t>nemá chronické onemocnění nebo zdravotní postižení odpovídající zaměření služby,</w:t>
      </w:r>
    </w:p>
    <w:p w:rsidR="006546CE" w:rsidRDefault="006F2F5E">
      <w:pPr>
        <w:pStyle w:val="Seznamsodrkami"/>
        <w:keepLines/>
        <w:spacing w:after="60" w:line="254" w:lineRule="auto"/>
        <w:ind w:left="408" w:hanging="198"/>
      </w:pPr>
      <w:r>
        <w:rPr>
          <w:rFonts w:eastAsia="Arial"/>
          <w:color w:val="262626"/>
          <w:lang w:val="cs-CZ"/>
        </w:rPr>
        <w:t xml:space="preserve">má středně těžké, těžké nebo hluboké mentální postižení; služba je určena nejvýše osobám s lehkým </w:t>
      </w:r>
      <w:r>
        <w:rPr>
          <w:rFonts w:eastAsia="Arial"/>
          <w:color w:val="262626"/>
          <w:lang w:val="cs-CZ"/>
        </w:rPr>
        <w:t>mentálním postižením,</w:t>
      </w:r>
    </w:p>
    <w:p w:rsidR="006546CE" w:rsidRDefault="006F2F5E">
      <w:pPr>
        <w:pStyle w:val="Seznamsodrkami"/>
        <w:keepLines/>
        <w:spacing w:after="60" w:line="254" w:lineRule="auto"/>
        <w:ind w:left="408" w:hanging="198"/>
      </w:pPr>
      <w:r>
        <w:rPr>
          <w:rFonts w:eastAsia="Arial"/>
          <w:color w:val="262626"/>
          <w:lang w:val="cs-CZ"/>
        </w:rPr>
        <w:t>potřebuje pravidelnou pomoc při základních úkonech péče o vlastní osobu, například při použití toalety, hygieně, oblékání nebo stravování, kterou naše služba vzhledem ke svému zaměření a podmínkám nemůže zajistit,</w:t>
      </w:r>
    </w:p>
    <w:p w:rsidR="006546CE" w:rsidRDefault="006F2F5E">
      <w:pPr>
        <w:pStyle w:val="Seznamsodrkami"/>
        <w:keepLines/>
        <w:spacing w:after="60" w:line="254" w:lineRule="auto"/>
        <w:ind w:left="408" w:hanging="198"/>
      </w:pPr>
      <w:r>
        <w:rPr>
          <w:rFonts w:eastAsia="Arial"/>
          <w:color w:val="262626"/>
          <w:lang w:val="cs-CZ"/>
        </w:rPr>
        <w:t>žádá o poskytování s</w:t>
      </w:r>
      <w:r>
        <w:rPr>
          <w:rFonts w:eastAsia="Arial"/>
          <w:color w:val="262626"/>
          <w:lang w:val="cs-CZ"/>
        </w:rPr>
        <w:t>lužby mimo její územní působnost; ambulantní služba je určena osobám žijícím v okrese Třebíč a terénní služba je poskytována pouze na území města Třebíče,</w:t>
      </w:r>
    </w:p>
    <w:p w:rsidR="006546CE" w:rsidRDefault="006F2F5E">
      <w:pPr>
        <w:pStyle w:val="Seznamsodrkami"/>
        <w:keepLines/>
        <w:spacing w:after="60" w:line="254" w:lineRule="auto"/>
        <w:ind w:left="408" w:hanging="198"/>
      </w:pPr>
      <w:r>
        <w:rPr>
          <w:rFonts w:eastAsia="Arial"/>
          <w:color w:val="262626"/>
          <w:lang w:val="cs-CZ"/>
        </w:rPr>
        <w:t>je naplněna kapacita služby,</w:t>
      </w:r>
    </w:p>
    <w:p w:rsidR="006546CE" w:rsidRDefault="006F2F5E">
      <w:pPr>
        <w:pStyle w:val="Seznamsodrkami"/>
        <w:keepLines/>
        <w:spacing w:after="60" w:line="254" w:lineRule="auto"/>
        <w:ind w:left="408" w:hanging="198"/>
      </w:pPr>
      <w:r>
        <w:rPr>
          <w:rFonts w:eastAsia="Arial"/>
          <w:color w:val="262626"/>
          <w:lang w:val="cs-CZ"/>
        </w:rPr>
        <w:t>mu byla v době kratší než šest měsíců vypovězena smlouva o stejné službě</w:t>
      </w:r>
      <w:r>
        <w:rPr>
          <w:rFonts w:eastAsia="Arial"/>
          <w:color w:val="262626"/>
          <w:lang w:val="cs-CZ"/>
        </w:rPr>
        <w:t xml:space="preserve"> z důvodu porušování povinností vyplývajících ze smlouvy.</w:t>
      </w:r>
    </w:p>
    <w:tbl>
      <w:tblPr>
        <w:tblW w:w="97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30"/>
      </w:tblGrid>
      <w:tr w:rsidR="006546CE">
        <w:tc>
          <w:tcPr>
            <w:tcW w:w="9730" w:type="dxa"/>
            <w:shd w:val="clear" w:color="auto" w:fill="F3F3F3"/>
            <w:tcMar>
              <w:top w:w="140" w:type="dxa"/>
              <w:left w:w="170" w:type="dxa"/>
              <w:bottom w:w="140" w:type="dxa"/>
              <w:right w:w="170" w:type="dxa"/>
            </w:tcMar>
          </w:tcPr>
          <w:p w:rsidR="006546CE" w:rsidRDefault="006F2F5E">
            <w:pPr>
              <w:keepLines/>
              <w:spacing w:after="60" w:line="245" w:lineRule="auto"/>
            </w:pPr>
            <w:r>
              <w:rPr>
                <w:rFonts w:eastAsia="Arial"/>
                <w:b/>
                <w:color w:val="A51421"/>
                <w:lang w:val="cs-CZ"/>
              </w:rPr>
              <w:t>Pokud vás odmítneme</w:t>
            </w:r>
          </w:p>
          <w:p w:rsidR="006546CE" w:rsidRDefault="006F2F5E">
            <w:pPr>
              <w:spacing w:after="0" w:line="257" w:lineRule="auto"/>
            </w:pPr>
            <w:r>
              <w:rPr>
                <w:rFonts w:eastAsia="Arial"/>
                <w:color w:val="262626"/>
                <w:sz w:val="20"/>
                <w:lang w:val="cs-CZ"/>
              </w:rPr>
              <w:t>Vysvětlíme vám důvod a podle možností předáme kontakt na jinou vhodnou službu. Na požádání vydáme písemné oznámení s uvedením důvodu odmítnutí.</w:t>
            </w:r>
          </w:p>
        </w:tc>
      </w:tr>
    </w:tbl>
    <w:p w:rsidR="006546CE" w:rsidRDefault="006546CE">
      <w:pPr>
        <w:spacing w:after="40" w:line="240" w:lineRule="auto"/>
      </w:pPr>
      <w:bookmarkStart w:id="0" w:name="_GoBack"/>
      <w:bookmarkEnd w:id="0"/>
    </w:p>
    <w:sectPr w:rsidR="006546CE" w:rsidSect="00034616">
      <w:footerReference w:type="default" r:id="rId9"/>
      <w:pgSz w:w="11906" w:h="16838"/>
      <w:pgMar w:top="794" w:right="1020" w:bottom="879" w:left="1020" w:header="312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F5E" w:rsidRDefault="006F2F5E">
      <w:pPr>
        <w:spacing w:after="0" w:line="240" w:lineRule="auto"/>
      </w:pPr>
      <w:r>
        <w:separator/>
      </w:r>
    </w:p>
  </w:endnote>
  <w:endnote w:type="continuationSeparator" w:id="0">
    <w:p w:rsidR="006F2F5E" w:rsidRDefault="006F2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6CE" w:rsidRDefault="006F2F5E">
    <w:pPr>
      <w:pStyle w:val="Zpat"/>
      <w:jc w:val="center"/>
    </w:pPr>
    <w:r>
      <w:rPr>
        <w:rFonts w:eastAsia="Arial"/>
        <w:color w:val="666666"/>
        <w:sz w:val="16"/>
        <w:lang w:val="cs-CZ"/>
      </w:rPr>
      <w:t>Vrátka, z. s.  |  sociální rehabilitace  |  www.vratka</w:t>
    </w:r>
    <w:r w:rsidR="004E7983">
      <w:rPr>
        <w:rFonts w:eastAsia="Arial"/>
        <w:color w:val="666666"/>
        <w:sz w:val="16"/>
        <w:lang w:val="cs-CZ"/>
      </w:rPr>
      <w:t>-trebic</w:t>
    </w:r>
    <w:r>
      <w:rPr>
        <w:rFonts w:eastAsia="Arial"/>
        <w:color w:val="666666"/>
        <w:sz w:val="16"/>
        <w:lang w:val="cs-CZ"/>
      </w:rPr>
      <w:t>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F5E" w:rsidRDefault="006F2F5E">
      <w:pPr>
        <w:spacing w:after="0" w:line="240" w:lineRule="auto"/>
      </w:pPr>
      <w:r>
        <w:separator/>
      </w:r>
    </w:p>
  </w:footnote>
  <w:footnote w:type="continuationSeparator" w:id="0">
    <w:p w:rsidR="006F2F5E" w:rsidRDefault="006F2F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7983"/>
    <w:rsid w:val="006546CE"/>
    <w:rsid w:val="006F2F5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2BE152"/>
  <w14:defaultImageDpi w14:val="300"/>
  <w15:docId w15:val="{31E7BA12-C2E5-4460-A8E6-B4E97E04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660525-AE52-4F58-9838-88921C808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1058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2</cp:revision>
  <dcterms:created xsi:type="dcterms:W3CDTF">2026-08-20T13:03:00Z</dcterms:created>
  <dcterms:modified xsi:type="dcterms:W3CDTF">2026-08-20T13:03:00Z</dcterms:modified>
  <cp:category/>
</cp:coreProperties>
</file>