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7465"/>
      </w:tblGrid>
      <w:tr w:rsidR="00574F49"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4F49" w:rsidRDefault="002426B1"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594000" cy="456766"/>
                  <wp:effectExtent l="0" t="0" r="0" b="0"/>
                  <wp:docPr id="1" name="Picture 1" descr="Logo organizace Vrátka, z. s." title="Logo Vrát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45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4F49" w:rsidRDefault="002426B1">
            <w:pPr>
              <w:spacing w:after="0" w:line="240" w:lineRule="auto"/>
              <w:jc w:val="right"/>
            </w:pPr>
            <w:r>
              <w:rPr>
                <w:rFonts w:eastAsia="Arial"/>
                <w:b/>
                <w:color w:val="666666"/>
                <w:sz w:val="20"/>
                <w:lang w:val="cs-CZ"/>
              </w:rPr>
              <w:t>SOCIÁLNÍ REHABILITACE VRÁTKA</w:t>
            </w:r>
          </w:p>
        </w:tc>
      </w:tr>
    </w:tbl>
    <w:p w:rsidR="00574F49" w:rsidRDefault="00574F49">
      <w:pPr>
        <w:pBdr>
          <w:bottom w:val="single" w:sz="18" w:space="5" w:color="A51421"/>
        </w:pBdr>
        <w:spacing w:after="160" w:line="240" w:lineRule="auto"/>
      </w:pPr>
    </w:p>
    <w:p w:rsidR="00574F49" w:rsidRDefault="002426B1">
      <w:pPr>
        <w:keepLines/>
        <w:spacing w:before="80" w:after="60" w:line="240" w:lineRule="auto"/>
      </w:pPr>
      <w:r>
        <w:rPr>
          <w:rFonts w:eastAsia="Arial"/>
          <w:b/>
          <w:color w:val="262626"/>
          <w:sz w:val="44"/>
          <w:lang w:val="cs-CZ"/>
        </w:rPr>
        <w:t>Jak se stát klientem</w:t>
      </w:r>
    </w:p>
    <w:p w:rsidR="00574F49" w:rsidRDefault="002426B1">
      <w:pPr>
        <w:keepLines/>
        <w:spacing w:after="240" w:line="240" w:lineRule="auto"/>
      </w:pPr>
      <w:r>
        <w:rPr>
          <w:rFonts w:eastAsia="Arial"/>
          <w:i/>
          <w:color w:val="666666"/>
          <w:lang w:val="cs-CZ"/>
        </w:rPr>
        <w:t>Informace pro zájemce, klienty a jejich blízké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574F49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574F49" w:rsidRDefault="002426B1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První krok</w:t>
            </w:r>
          </w:p>
          <w:p w:rsidR="00574F49" w:rsidRDefault="002426B1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 xml:space="preserve">Pokud máte o službu zájem, můžete nás kontaktovat telefonicky, e-mailem nebo osobně. Kontaktovat nás může také váš blízký člověk, lékař nebo </w:t>
            </w:r>
            <w:r>
              <w:rPr>
                <w:rFonts w:eastAsia="Arial"/>
                <w:color w:val="262626"/>
                <w:sz w:val="20"/>
                <w:lang w:val="cs-CZ"/>
              </w:rPr>
              <w:t>jiný odborník. O využití služby se však vždy rozhodujete vy sami.</w:t>
            </w:r>
          </w:p>
        </w:tc>
      </w:tr>
    </w:tbl>
    <w:p w:rsidR="00574F49" w:rsidRDefault="00574F49">
      <w:pPr>
        <w:spacing w:after="40" w:line="240" w:lineRule="auto"/>
      </w:pPr>
    </w:p>
    <w:p w:rsidR="00574F49" w:rsidRDefault="002426B1">
      <w:pPr>
        <w:keepLines/>
        <w:spacing w:before="100" w:after="40" w:line="252" w:lineRule="auto"/>
      </w:pPr>
      <w:r>
        <w:rPr>
          <w:rFonts w:eastAsia="Arial"/>
          <w:b/>
          <w:color w:val="A51421"/>
          <w:sz w:val="22"/>
          <w:lang w:val="cs-CZ"/>
        </w:rPr>
        <w:t>1.  Domluvíme si úvodní setkání</w:t>
      </w:r>
    </w:p>
    <w:p w:rsidR="00574F49" w:rsidRDefault="002426B1">
      <w:r>
        <w:rPr>
          <w:rFonts w:eastAsia="Arial"/>
          <w:color w:val="262626"/>
          <w:sz w:val="20"/>
          <w:lang w:val="cs-CZ"/>
        </w:rPr>
        <w:t>Setkání může proběhnout v prostorách služby, ve vašem přirozeném prostředí nebo na jiném vhodném místě.</w:t>
      </w:r>
    </w:p>
    <w:p w:rsidR="00574F49" w:rsidRDefault="002426B1">
      <w:pPr>
        <w:keepNext/>
        <w:keepLines/>
        <w:spacing w:before="60" w:after="60" w:line="240" w:lineRule="auto"/>
      </w:pPr>
      <w:r>
        <w:rPr>
          <w:rFonts w:eastAsia="Arial"/>
          <w:b/>
          <w:color w:val="A51421"/>
          <w:sz w:val="24"/>
          <w:lang w:val="cs-CZ"/>
        </w:rPr>
        <w:t>Při setkání:</w:t>
      </w:r>
    </w:p>
    <w:p w:rsidR="00574F49" w:rsidRDefault="002426B1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 xml:space="preserve">vám srozumitelně představíme službu a </w:t>
      </w:r>
      <w:r>
        <w:rPr>
          <w:rFonts w:eastAsia="Arial"/>
          <w:color w:val="262626"/>
          <w:lang w:val="cs-CZ"/>
        </w:rPr>
        <w:t>její podmínky,</w:t>
      </w:r>
    </w:p>
    <w:p w:rsidR="00574F49" w:rsidRDefault="002426B1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budeme společně mluvit o vaší situaci, potřebách, očekáváních a cílech,</w:t>
      </w:r>
    </w:p>
    <w:p w:rsidR="00574F49" w:rsidRDefault="002426B1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ověříme, zda patříte do cílové skupiny a zda vám služba dokáže nabídnout potřebnou podporu,</w:t>
      </w:r>
    </w:p>
    <w:p w:rsidR="00574F49" w:rsidRDefault="002426B1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domluvíme se na dalším postupu.</w:t>
      </w:r>
    </w:p>
    <w:p w:rsidR="00574F49" w:rsidRDefault="002426B1">
      <w:pPr>
        <w:keepLines/>
        <w:spacing w:before="100" w:after="40" w:line="252" w:lineRule="auto"/>
      </w:pPr>
      <w:r>
        <w:rPr>
          <w:rFonts w:eastAsia="Arial"/>
          <w:b/>
          <w:color w:val="A51421"/>
          <w:sz w:val="22"/>
          <w:lang w:val="cs-CZ"/>
        </w:rPr>
        <w:t>2.  Rozhodnete se bez nátlaku</w:t>
      </w:r>
    </w:p>
    <w:p w:rsidR="00574F49" w:rsidRDefault="002426B1">
      <w:r>
        <w:rPr>
          <w:rFonts w:eastAsia="Arial"/>
          <w:color w:val="262626"/>
          <w:sz w:val="20"/>
          <w:lang w:val="cs-CZ"/>
        </w:rPr>
        <w:t xml:space="preserve">Na rozmyšlenou </w:t>
      </w:r>
      <w:r>
        <w:rPr>
          <w:rFonts w:eastAsia="Arial"/>
          <w:color w:val="262626"/>
          <w:sz w:val="20"/>
          <w:lang w:val="cs-CZ"/>
        </w:rPr>
        <w:t>můžete mít tolik času, kolik potřebujete.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574F49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574F49" w:rsidRDefault="002426B1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Uzavření smlouvy</w:t>
            </w:r>
          </w:p>
          <w:p w:rsidR="00574F49" w:rsidRDefault="002426B1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>Pokud se rozhodnete službu využívat a služba odpovídá vašim potřebám, uzavřeme spolu smlouvu. Smlouva může být uzavřena také ústně; písemnou formu použijeme, pokud ji navrhne některá ze stran.</w:t>
            </w:r>
          </w:p>
        </w:tc>
      </w:tr>
    </w:tbl>
    <w:p w:rsidR="00574F49" w:rsidRDefault="00574F49">
      <w:pPr>
        <w:spacing w:after="40" w:line="240" w:lineRule="auto"/>
      </w:pPr>
    </w:p>
    <w:sectPr w:rsidR="00574F49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1020" w:bottom="879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B1" w:rsidRDefault="002426B1">
      <w:pPr>
        <w:spacing w:after="0" w:line="240" w:lineRule="auto"/>
      </w:pPr>
      <w:r>
        <w:separator/>
      </w:r>
    </w:p>
  </w:endnote>
  <w:endnote w:type="continuationSeparator" w:id="0">
    <w:p w:rsidR="002426B1" w:rsidRDefault="0024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F9" w:rsidRDefault="00DD51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F49" w:rsidRDefault="002426B1">
    <w:pPr>
      <w:pStyle w:val="Zpat"/>
      <w:jc w:val="center"/>
    </w:pPr>
    <w:r>
      <w:rPr>
        <w:rFonts w:eastAsia="Arial"/>
        <w:color w:val="666666"/>
        <w:sz w:val="16"/>
        <w:lang w:val="cs-CZ"/>
      </w:rPr>
      <w:t xml:space="preserve">Vrátka, z. s.  </w:t>
    </w:r>
    <w:r>
      <w:rPr>
        <w:rFonts w:eastAsia="Arial"/>
        <w:color w:val="666666"/>
        <w:sz w:val="16"/>
        <w:lang w:val="cs-CZ"/>
      </w:rPr>
      <w:t xml:space="preserve">|  sociální rehabilitace  |  </w:t>
    </w:r>
    <w:r>
      <w:rPr>
        <w:rFonts w:eastAsia="Arial"/>
        <w:color w:val="666666"/>
        <w:sz w:val="16"/>
        <w:lang w:val="cs-CZ"/>
      </w:rPr>
      <w:t>www.vratka</w:t>
    </w:r>
    <w:r w:rsidR="00DD51F9">
      <w:rPr>
        <w:rFonts w:eastAsia="Arial"/>
        <w:color w:val="666666"/>
        <w:sz w:val="16"/>
        <w:lang w:val="cs-CZ"/>
      </w:rPr>
      <w:t>-trebic</w:t>
    </w:r>
    <w:bookmarkStart w:id="0" w:name="_GoBack"/>
    <w:bookmarkEnd w:id="0"/>
    <w:r>
      <w:rPr>
        <w:rFonts w:eastAsia="Arial"/>
        <w:color w:val="666666"/>
        <w:sz w:val="16"/>
        <w:lang w:val="cs-CZ"/>
      </w:rPr>
      <w:t>.cz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F9" w:rsidRDefault="00DD51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B1" w:rsidRDefault="002426B1">
      <w:pPr>
        <w:spacing w:after="0" w:line="240" w:lineRule="auto"/>
      </w:pPr>
      <w:r>
        <w:separator/>
      </w:r>
    </w:p>
  </w:footnote>
  <w:footnote w:type="continuationSeparator" w:id="0">
    <w:p w:rsidR="002426B1" w:rsidRDefault="00242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F9" w:rsidRDefault="00DD51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F9" w:rsidRDefault="00DD51F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F9" w:rsidRDefault="00DD51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26B1"/>
    <w:rsid w:val="0029639D"/>
    <w:rsid w:val="00326F90"/>
    <w:rsid w:val="00574F49"/>
    <w:rsid w:val="00AA1D8D"/>
    <w:rsid w:val="00B47730"/>
    <w:rsid w:val="00CB0664"/>
    <w:rsid w:val="00DD5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64A18"/>
  <w14:defaultImageDpi w14:val="300"/>
  <w15:docId w15:val="{58B5BFEB-EEB1-4746-AC5B-0B7425AE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AB8A95-18B1-403B-B223-C66B1D043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2026-08-20T13:10:00Z</dcterms:created>
  <dcterms:modified xsi:type="dcterms:W3CDTF">2026-08-20T13:10:00Z</dcterms:modified>
  <cp:category/>
</cp:coreProperties>
</file>